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70F47" w14:textId="77777777" w:rsidR="007A21D0" w:rsidRPr="00CA3056" w:rsidRDefault="00E82DFC">
      <w:pPr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CA3056">
        <w:rPr>
          <w:rFonts w:ascii="Times New Roman" w:hAnsi="Times New Roman" w:cs="Times New Roman"/>
          <w:b/>
          <w:sz w:val="28"/>
          <w:szCs w:val="28"/>
          <w:lang w:val="pl-PL"/>
        </w:rPr>
        <w:t>Oddziały przedszkolne i klasy 1–3</w:t>
      </w:r>
    </w:p>
    <w:p w14:paraId="4C638488" w14:textId="77777777" w:rsidR="007A21D0" w:rsidRPr="00CA3056" w:rsidRDefault="00E82DFC">
      <w:pPr>
        <w:spacing w:before="160" w:after="80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CA3056">
        <w:rPr>
          <w:rFonts w:ascii="Times New Roman" w:hAnsi="Times New Roman" w:cs="Times New Roman"/>
          <w:b/>
          <w:color w:val="1F4E79"/>
          <w:sz w:val="28"/>
          <w:szCs w:val="28"/>
          <w:lang w:val="pl-PL"/>
        </w:rPr>
        <w:t>Klasy 1 – godz. 8.00</w:t>
      </w:r>
    </w:p>
    <w:p w14:paraId="20E028CE" w14:textId="0DB22D65" w:rsidR="007A21D0" w:rsidRPr="000C3524" w:rsidRDefault="00E82DFC" w:rsidP="002B4019">
      <w:pPr>
        <w:spacing w:after="120" w:line="259" w:lineRule="auto"/>
        <w:jc w:val="both"/>
        <w:rPr>
          <w:rFonts w:ascii="Times New Roman" w:hAnsi="Times New Roman" w:cs="Times New Roman"/>
          <w:bCs/>
          <w:sz w:val="28"/>
          <w:szCs w:val="28"/>
          <w:lang w:val="pl-PL"/>
        </w:rPr>
      </w:pPr>
      <w:r w:rsidRPr="000C3524">
        <w:rPr>
          <w:rFonts w:ascii="Times New Roman" w:hAnsi="Times New Roman" w:cs="Times New Roman"/>
          <w:bCs/>
          <w:sz w:val="28"/>
          <w:szCs w:val="28"/>
          <w:lang w:val="pl-PL"/>
        </w:rPr>
        <w:t xml:space="preserve">Uczniów i Rodziców zapraszamy na krótkie spotkanie w hali sportowej, po którym dzieci </w:t>
      </w:r>
      <w:r w:rsidR="002B4019" w:rsidRPr="000C3524">
        <w:rPr>
          <w:rFonts w:ascii="Times New Roman" w:hAnsi="Times New Roman" w:cs="Times New Roman"/>
          <w:bCs/>
          <w:sz w:val="28"/>
          <w:szCs w:val="28"/>
          <w:lang w:val="pl-PL"/>
        </w:rPr>
        <w:t>z</w:t>
      </w:r>
      <w:r w:rsidR="002B4019">
        <w:rPr>
          <w:rFonts w:ascii="Times New Roman" w:hAnsi="Times New Roman" w:cs="Times New Roman"/>
          <w:bCs/>
          <w:sz w:val="28"/>
          <w:szCs w:val="28"/>
          <w:lang w:val="pl-PL"/>
        </w:rPr>
        <w:t> wychowawcami</w:t>
      </w:r>
      <w:r w:rsidRPr="000C3524">
        <w:rPr>
          <w:rFonts w:ascii="Times New Roman" w:hAnsi="Times New Roman" w:cs="Times New Roman"/>
          <w:bCs/>
          <w:sz w:val="28"/>
          <w:szCs w:val="28"/>
          <w:lang w:val="pl-PL"/>
        </w:rPr>
        <w:t xml:space="preserve"> przejdą do sal lekcyjnych.</w:t>
      </w:r>
    </w:p>
    <w:tbl>
      <w:tblPr>
        <w:tblW w:w="0" w:type="auto"/>
        <w:jc w:val="center"/>
        <w:tblBorders>
          <w:top w:val="single" w:sz="8" w:space="0" w:color="C8DCEB"/>
          <w:left w:val="single" w:sz="8" w:space="0" w:color="C8DCEB"/>
          <w:bottom w:val="single" w:sz="8" w:space="0" w:color="C8DCEB"/>
          <w:right w:val="single" w:sz="8" w:space="0" w:color="C8DCEB"/>
          <w:insideH w:val="single" w:sz="8" w:space="0" w:color="C8DCEB"/>
          <w:insideV w:val="single" w:sz="8" w:space="0" w:color="C8DCEB"/>
        </w:tblBorders>
        <w:tblLayout w:type="fixed"/>
        <w:tblLook w:val="04A0" w:firstRow="1" w:lastRow="0" w:firstColumn="1" w:lastColumn="0" w:noHBand="0" w:noVBand="1"/>
      </w:tblPr>
      <w:tblGrid>
        <w:gridCol w:w="1152"/>
        <w:gridCol w:w="1296"/>
        <w:gridCol w:w="8352"/>
      </w:tblGrid>
      <w:tr w:rsidR="007A21D0" w:rsidRPr="000C3524" w14:paraId="5FB4E065" w14:textId="77777777">
        <w:trPr>
          <w:tblHeader/>
          <w:jc w:val="center"/>
        </w:trPr>
        <w:tc>
          <w:tcPr>
            <w:tcW w:w="115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8A20AE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color w:val="FFFFFF"/>
                <w:sz w:val="28"/>
                <w:szCs w:val="28"/>
              </w:rPr>
              <w:t>Klasa</w:t>
            </w:r>
          </w:p>
        </w:tc>
        <w:tc>
          <w:tcPr>
            <w:tcW w:w="1296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1495BF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color w:val="FFFFFF"/>
                <w:sz w:val="28"/>
                <w:szCs w:val="28"/>
              </w:rPr>
              <w:t>Sala</w:t>
            </w:r>
          </w:p>
        </w:tc>
        <w:tc>
          <w:tcPr>
            <w:tcW w:w="835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C16E64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color w:val="FFFFFF"/>
                <w:sz w:val="28"/>
                <w:szCs w:val="28"/>
              </w:rPr>
              <w:t>Wychowawca</w:t>
            </w:r>
          </w:p>
        </w:tc>
      </w:tr>
      <w:tr w:rsidR="007A21D0" w:rsidRPr="000C3524" w14:paraId="21977096" w14:textId="77777777">
        <w:trPr>
          <w:cantSplit/>
          <w:jc w:val="center"/>
        </w:trPr>
        <w:tc>
          <w:tcPr>
            <w:tcW w:w="11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117C60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1a</w:t>
            </w:r>
          </w:p>
        </w:tc>
        <w:tc>
          <w:tcPr>
            <w:tcW w:w="12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DD481D" w14:textId="3ACDE7C9" w:rsidR="007A21D0" w:rsidRPr="000C3524" w:rsidRDefault="009B768C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3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246730" w14:textId="11D5ACD0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p.</w:t>
            </w:r>
            <w:r w:rsidR="007E49D6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Wioletta Górska</w:t>
            </w:r>
          </w:p>
        </w:tc>
      </w:tr>
      <w:tr w:rsidR="007A21D0" w:rsidRPr="000C3524" w14:paraId="1A327F9F" w14:textId="77777777">
        <w:trPr>
          <w:cantSplit/>
          <w:jc w:val="center"/>
        </w:trPr>
        <w:tc>
          <w:tcPr>
            <w:tcW w:w="11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C6DD4B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1b</w:t>
            </w:r>
          </w:p>
        </w:tc>
        <w:tc>
          <w:tcPr>
            <w:tcW w:w="1296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2465ED" w14:textId="6B8F2520" w:rsidR="007A21D0" w:rsidRPr="000C3524" w:rsidRDefault="004248CC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83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673394" w14:textId="4CDBFE45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p. </w:t>
            </w:r>
            <w:r w:rsidR="007E49D6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Mirosława Sówka</w:t>
            </w:r>
          </w:p>
        </w:tc>
      </w:tr>
      <w:tr w:rsidR="007A21D0" w:rsidRPr="000C3524" w14:paraId="5632D671" w14:textId="77777777">
        <w:trPr>
          <w:cantSplit/>
          <w:jc w:val="center"/>
        </w:trPr>
        <w:tc>
          <w:tcPr>
            <w:tcW w:w="11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56BBD9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1c</w:t>
            </w:r>
          </w:p>
        </w:tc>
        <w:tc>
          <w:tcPr>
            <w:tcW w:w="12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713972" w14:textId="06BC45C2" w:rsidR="007A21D0" w:rsidRPr="000C3524" w:rsidRDefault="009B768C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3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B57414" w14:textId="24CB5BF5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p. </w:t>
            </w:r>
            <w:r w:rsidR="007E49D6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Beata Bergel-Lewandowska</w:t>
            </w:r>
          </w:p>
        </w:tc>
      </w:tr>
      <w:tr w:rsidR="007A21D0" w:rsidRPr="000C3524" w14:paraId="63979684" w14:textId="77777777">
        <w:trPr>
          <w:cantSplit/>
          <w:jc w:val="center"/>
        </w:trPr>
        <w:tc>
          <w:tcPr>
            <w:tcW w:w="11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5994B6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1d</w:t>
            </w:r>
          </w:p>
        </w:tc>
        <w:tc>
          <w:tcPr>
            <w:tcW w:w="1296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AB029A" w14:textId="28DF53A4" w:rsidR="007A21D0" w:rsidRPr="000C3524" w:rsidRDefault="00B6053C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3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58FAAC8" w14:textId="69EBF618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p. Pau</w:t>
            </w:r>
            <w:r w:rsidR="007E49D6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lina Kiljańska</w:t>
            </w:r>
          </w:p>
        </w:tc>
      </w:tr>
      <w:tr w:rsidR="007A21D0" w:rsidRPr="000C3524" w14:paraId="562A5A58" w14:textId="77777777">
        <w:trPr>
          <w:cantSplit/>
          <w:jc w:val="center"/>
        </w:trPr>
        <w:tc>
          <w:tcPr>
            <w:tcW w:w="11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763A51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1e</w:t>
            </w:r>
          </w:p>
        </w:tc>
        <w:tc>
          <w:tcPr>
            <w:tcW w:w="12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A812A3" w14:textId="70A0EFBC" w:rsidR="007A21D0" w:rsidRPr="000C3524" w:rsidRDefault="00E82DFC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DFCF8E" w14:textId="50C1BFAC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p. Katarzy</w:t>
            </w:r>
            <w:r w:rsidR="007E49D6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na Piotrowska </w:t>
            </w:r>
          </w:p>
        </w:tc>
      </w:tr>
      <w:tr w:rsidR="007A21D0" w:rsidRPr="000C3524" w14:paraId="089D8CD7" w14:textId="77777777">
        <w:trPr>
          <w:cantSplit/>
          <w:jc w:val="center"/>
        </w:trPr>
        <w:tc>
          <w:tcPr>
            <w:tcW w:w="11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D8C10E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1f</w:t>
            </w:r>
          </w:p>
        </w:tc>
        <w:tc>
          <w:tcPr>
            <w:tcW w:w="1296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72FCD1" w14:textId="5F620CEA" w:rsidR="007A21D0" w:rsidRPr="000C3524" w:rsidRDefault="00B6053C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3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59C9BF" w14:textId="7DAA63B0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p. </w:t>
            </w:r>
            <w:r w:rsidR="00124B19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Aleksandra Malicka</w:t>
            </w:r>
          </w:p>
        </w:tc>
      </w:tr>
    </w:tbl>
    <w:p w14:paraId="1F30CF87" w14:textId="77777777" w:rsidR="007A21D0" w:rsidRPr="00CA3056" w:rsidRDefault="00E82DFC">
      <w:pPr>
        <w:spacing w:before="160" w:after="80"/>
        <w:rPr>
          <w:rFonts w:ascii="Times New Roman" w:hAnsi="Times New Roman" w:cs="Times New Roman"/>
          <w:b/>
          <w:sz w:val="28"/>
          <w:szCs w:val="28"/>
        </w:rPr>
      </w:pPr>
      <w:r w:rsidRPr="00CA3056">
        <w:rPr>
          <w:rFonts w:ascii="Times New Roman" w:hAnsi="Times New Roman" w:cs="Times New Roman"/>
          <w:b/>
          <w:color w:val="1F4E79"/>
          <w:sz w:val="28"/>
          <w:szCs w:val="28"/>
        </w:rPr>
        <w:t>Klasy 2–3 – godz. 10.00</w:t>
      </w:r>
    </w:p>
    <w:p w14:paraId="2E962318" w14:textId="77777777" w:rsidR="007A21D0" w:rsidRPr="000C3524" w:rsidRDefault="00E82DFC">
      <w:pPr>
        <w:spacing w:after="120" w:line="259" w:lineRule="auto"/>
        <w:rPr>
          <w:rFonts w:ascii="Times New Roman" w:hAnsi="Times New Roman" w:cs="Times New Roman"/>
          <w:bCs/>
          <w:sz w:val="28"/>
          <w:szCs w:val="28"/>
          <w:lang w:val="pl-PL"/>
        </w:rPr>
      </w:pPr>
      <w:r w:rsidRPr="000C3524">
        <w:rPr>
          <w:rFonts w:ascii="Times New Roman" w:hAnsi="Times New Roman" w:cs="Times New Roman"/>
          <w:bCs/>
          <w:sz w:val="28"/>
          <w:szCs w:val="28"/>
          <w:lang w:val="pl-PL"/>
        </w:rPr>
        <w:t>Uczniów zapraszamy na spotkania z wychowawcami do wyznaczonych sal lekcyjnych.</w:t>
      </w:r>
    </w:p>
    <w:tbl>
      <w:tblPr>
        <w:tblW w:w="10800" w:type="dxa"/>
        <w:jc w:val="center"/>
        <w:tblBorders>
          <w:top w:val="single" w:sz="8" w:space="0" w:color="C8DCEB"/>
          <w:left w:val="single" w:sz="8" w:space="0" w:color="C8DCEB"/>
          <w:bottom w:val="single" w:sz="8" w:space="0" w:color="C8DCEB"/>
          <w:right w:val="single" w:sz="8" w:space="0" w:color="C8DCEB"/>
          <w:insideH w:val="single" w:sz="8" w:space="0" w:color="C8DCEB"/>
          <w:insideV w:val="single" w:sz="8" w:space="0" w:color="C8DCEB"/>
        </w:tblBorders>
        <w:tblLayout w:type="fixed"/>
        <w:tblLook w:val="04A0" w:firstRow="1" w:lastRow="0" w:firstColumn="1" w:lastColumn="0" w:noHBand="0" w:noVBand="1"/>
      </w:tblPr>
      <w:tblGrid>
        <w:gridCol w:w="1152"/>
        <w:gridCol w:w="1296"/>
        <w:gridCol w:w="8352"/>
      </w:tblGrid>
      <w:tr w:rsidR="007A21D0" w:rsidRPr="000C3524" w14:paraId="06B3DA08" w14:textId="77777777" w:rsidTr="00074A39">
        <w:trPr>
          <w:trHeight w:val="484"/>
          <w:tblHeader/>
          <w:jc w:val="center"/>
        </w:trPr>
        <w:tc>
          <w:tcPr>
            <w:tcW w:w="115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CD1A46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color w:val="FFFFFF"/>
                <w:sz w:val="28"/>
                <w:szCs w:val="28"/>
              </w:rPr>
              <w:t>Klasa</w:t>
            </w:r>
          </w:p>
        </w:tc>
        <w:tc>
          <w:tcPr>
            <w:tcW w:w="1296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75BF00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color w:val="FFFFFF"/>
                <w:sz w:val="28"/>
                <w:szCs w:val="28"/>
              </w:rPr>
              <w:t>Sala</w:t>
            </w:r>
          </w:p>
        </w:tc>
        <w:tc>
          <w:tcPr>
            <w:tcW w:w="835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2D5F75" w14:textId="17FC13D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color w:val="FFFFFF"/>
                <w:sz w:val="28"/>
                <w:szCs w:val="28"/>
              </w:rPr>
              <w:t xml:space="preserve">Wychowawca </w:t>
            </w:r>
          </w:p>
        </w:tc>
      </w:tr>
      <w:tr w:rsidR="007A21D0" w:rsidRPr="000C3524" w14:paraId="2899EAD3" w14:textId="77777777" w:rsidTr="0014163E">
        <w:trPr>
          <w:cantSplit/>
          <w:jc w:val="center"/>
        </w:trPr>
        <w:tc>
          <w:tcPr>
            <w:tcW w:w="11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C0262B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2a</w:t>
            </w:r>
          </w:p>
        </w:tc>
        <w:tc>
          <w:tcPr>
            <w:tcW w:w="12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85217B" w14:textId="6B96366B" w:rsidR="007A21D0" w:rsidRPr="000C3524" w:rsidRDefault="005A0379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3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6227B4" w14:textId="7C2CA01F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p. </w:t>
            </w:r>
            <w:r w:rsidR="0014163E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Gra</w:t>
            </w:r>
            <w:r w:rsidR="00124B19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ż</w:t>
            </w:r>
            <w:r w:rsidR="0014163E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yna Prus</w:t>
            </w:r>
          </w:p>
        </w:tc>
      </w:tr>
      <w:tr w:rsidR="007A21D0" w:rsidRPr="000C3524" w14:paraId="737CB54B" w14:textId="77777777" w:rsidTr="0014163E">
        <w:trPr>
          <w:cantSplit/>
          <w:jc w:val="center"/>
        </w:trPr>
        <w:tc>
          <w:tcPr>
            <w:tcW w:w="11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D2709A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2b</w:t>
            </w:r>
          </w:p>
        </w:tc>
        <w:tc>
          <w:tcPr>
            <w:tcW w:w="1296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369685" w14:textId="5CE2424C" w:rsidR="007A21D0" w:rsidRPr="000C3524" w:rsidRDefault="00EC11B1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3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839263C" w14:textId="25A6B8FF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p. </w:t>
            </w:r>
            <w:r w:rsidR="0014163E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Bo</w:t>
            </w:r>
            <w:r w:rsidR="00124B19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ż</w:t>
            </w:r>
            <w:r w:rsidR="0014163E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ena Szczepanik</w:t>
            </w:r>
          </w:p>
        </w:tc>
      </w:tr>
      <w:tr w:rsidR="007A21D0" w:rsidRPr="000C3524" w14:paraId="35325BC9" w14:textId="77777777" w:rsidTr="0014163E">
        <w:trPr>
          <w:cantSplit/>
          <w:jc w:val="center"/>
        </w:trPr>
        <w:tc>
          <w:tcPr>
            <w:tcW w:w="11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43F4DC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2c</w:t>
            </w:r>
          </w:p>
        </w:tc>
        <w:tc>
          <w:tcPr>
            <w:tcW w:w="12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156414" w14:textId="23684AFF" w:rsidR="007A21D0" w:rsidRPr="000C3524" w:rsidRDefault="00CD4B78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3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AD2A08" w14:textId="037B204A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p. Jo</w:t>
            </w:r>
            <w:r w:rsidR="0014163E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lanta Gołos</w:t>
            </w:r>
          </w:p>
        </w:tc>
      </w:tr>
      <w:tr w:rsidR="007A21D0" w:rsidRPr="000C3524" w14:paraId="6CC7D3D6" w14:textId="77777777" w:rsidTr="0014163E">
        <w:trPr>
          <w:cantSplit/>
          <w:jc w:val="center"/>
        </w:trPr>
        <w:tc>
          <w:tcPr>
            <w:tcW w:w="11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F7F08E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2d</w:t>
            </w:r>
          </w:p>
        </w:tc>
        <w:tc>
          <w:tcPr>
            <w:tcW w:w="1296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D45CD1" w14:textId="53BC06D1" w:rsidR="007A21D0" w:rsidRPr="000C3524" w:rsidRDefault="00EC11B1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3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F9809D" w14:textId="48D2F542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p. </w:t>
            </w:r>
            <w:r w:rsidR="0014163E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Paulina Polanowska</w:t>
            </w:r>
          </w:p>
        </w:tc>
      </w:tr>
      <w:tr w:rsidR="007A21D0" w:rsidRPr="000C3524" w14:paraId="65AAA35E" w14:textId="77777777" w:rsidTr="0014163E">
        <w:trPr>
          <w:cantSplit/>
          <w:jc w:val="center"/>
        </w:trPr>
        <w:tc>
          <w:tcPr>
            <w:tcW w:w="11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16998D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2e</w:t>
            </w:r>
          </w:p>
        </w:tc>
        <w:tc>
          <w:tcPr>
            <w:tcW w:w="12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0D83C7" w14:textId="35D7B04E" w:rsidR="007A21D0" w:rsidRPr="000C3524" w:rsidRDefault="00E82DFC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070D5E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3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8851CB2" w14:textId="03F76777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p. </w:t>
            </w:r>
            <w:r w:rsidR="00444F96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Katarzyna Kozłowska</w:t>
            </w:r>
          </w:p>
        </w:tc>
      </w:tr>
      <w:tr w:rsidR="007A21D0" w:rsidRPr="000C3524" w14:paraId="30BC2EBA" w14:textId="77777777" w:rsidTr="0014163E">
        <w:trPr>
          <w:cantSplit/>
          <w:jc w:val="center"/>
        </w:trPr>
        <w:tc>
          <w:tcPr>
            <w:tcW w:w="11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4A41A9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2f</w:t>
            </w:r>
          </w:p>
        </w:tc>
        <w:tc>
          <w:tcPr>
            <w:tcW w:w="1296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C5DB8A" w14:textId="4281B6FD" w:rsidR="007A21D0" w:rsidRPr="000C3524" w:rsidRDefault="00037439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83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843397" w14:textId="0F0ABD97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p.</w:t>
            </w:r>
            <w:r w:rsidR="006939B5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Alicja Rzepka</w:t>
            </w:r>
          </w:p>
        </w:tc>
      </w:tr>
      <w:tr w:rsidR="007A21D0" w:rsidRPr="000C3524" w14:paraId="5D59EBC8" w14:textId="77777777" w:rsidTr="0014163E">
        <w:trPr>
          <w:cantSplit/>
          <w:jc w:val="center"/>
        </w:trPr>
        <w:tc>
          <w:tcPr>
            <w:tcW w:w="11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596D9D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3a</w:t>
            </w:r>
          </w:p>
        </w:tc>
        <w:tc>
          <w:tcPr>
            <w:tcW w:w="12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CEE3ED" w14:textId="46D75232" w:rsidR="007A21D0" w:rsidRPr="000C3524" w:rsidRDefault="00CD4B78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3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0A9DF1" w14:textId="2A17FE28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p.</w:t>
            </w:r>
            <w:r w:rsidR="006939B5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44F96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Hanna Smolarczyk</w:t>
            </w:r>
          </w:p>
        </w:tc>
      </w:tr>
      <w:tr w:rsidR="007A21D0" w:rsidRPr="000C3524" w14:paraId="0CAF81DE" w14:textId="77777777" w:rsidTr="0014163E">
        <w:trPr>
          <w:cantSplit/>
          <w:jc w:val="center"/>
        </w:trPr>
        <w:tc>
          <w:tcPr>
            <w:tcW w:w="11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B75190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3b</w:t>
            </w:r>
          </w:p>
        </w:tc>
        <w:tc>
          <w:tcPr>
            <w:tcW w:w="1296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C0EF75" w14:textId="4B7A4C25" w:rsidR="007A21D0" w:rsidRPr="000C3524" w:rsidRDefault="00037439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83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AF35CA" w14:textId="0123C26A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p. </w:t>
            </w:r>
            <w:r w:rsidR="00CA57D0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Wiesława Wyr</w:t>
            </w:r>
            <w:r w:rsidR="006939B5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ą</w:t>
            </w:r>
            <w:r w:rsidR="00CA57D0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bkiewicz-Stygińska</w:t>
            </w:r>
          </w:p>
        </w:tc>
      </w:tr>
      <w:tr w:rsidR="007A21D0" w:rsidRPr="000C3524" w14:paraId="26F288EA" w14:textId="77777777" w:rsidTr="0014163E">
        <w:trPr>
          <w:cantSplit/>
          <w:jc w:val="center"/>
        </w:trPr>
        <w:tc>
          <w:tcPr>
            <w:tcW w:w="11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15E250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3c</w:t>
            </w:r>
          </w:p>
        </w:tc>
        <w:tc>
          <w:tcPr>
            <w:tcW w:w="12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97E78A" w14:textId="533599B8" w:rsidR="007A21D0" w:rsidRPr="000C3524" w:rsidRDefault="005A0379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3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9A4FC1" w14:textId="27D6FD38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  <w:lang w:val="pl-PL"/>
              </w:rPr>
              <w:t xml:space="preserve">p. </w:t>
            </w:r>
            <w:r w:rsidR="00CA57D0" w:rsidRPr="000C3524">
              <w:rPr>
                <w:rFonts w:ascii="Times New Roman" w:hAnsi="Times New Roman" w:cs="Times New Roman"/>
                <w:bCs/>
                <w:sz w:val="28"/>
                <w:szCs w:val="28"/>
                <w:lang w:val="pl-PL"/>
              </w:rPr>
              <w:t>Joanna Berkowicz</w:t>
            </w:r>
          </w:p>
        </w:tc>
      </w:tr>
      <w:tr w:rsidR="007A21D0" w:rsidRPr="000C3524" w14:paraId="77466B7E" w14:textId="77777777" w:rsidTr="0014163E">
        <w:trPr>
          <w:cantSplit/>
          <w:jc w:val="center"/>
        </w:trPr>
        <w:tc>
          <w:tcPr>
            <w:tcW w:w="11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7B3EC4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3d</w:t>
            </w:r>
          </w:p>
        </w:tc>
        <w:tc>
          <w:tcPr>
            <w:tcW w:w="1296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23C32A" w14:textId="6D8CB153" w:rsidR="007A21D0" w:rsidRPr="000C3524" w:rsidRDefault="00037439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83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702F38E" w14:textId="3D70BF6C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p. </w:t>
            </w:r>
            <w:r w:rsidR="00CA57D0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Alicja Staniaszek </w:t>
            </w:r>
          </w:p>
        </w:tc>
      </w:tr>
      <w:tr w:rsidR="007A21D0" w:rsidRPr="000C3524" w14:paraId="4EFC52B4" w14:textId="77777777" w:rsidTr="0014163E">
        <w:trPr>
          <w:cantSplit/>
          <w:jc w:val="center"/>
        </w:trPr>
        <w:tc>
          <w:tcPr>
            <w:tcW w:w="11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96C9F7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3e</w:t>
            </w:r>
          </w:p>
        </w:tc>
        <w:tc>
          <w:tcPr>
            <w:tcW w:w="12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CEF90D" w14:textId="4AB0DC08" w:rsidR="007A21D0" w:rsidRPr="000C3524" w:rsidRDefault="00E82DFC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DE4837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3525E9" w14:textId="0D452AA2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p. </w:t>
            </w:r>
            <w:r w:rsidR="00CA57D0"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Anna Seta</w:t>
            </w:r>
          </w:p>
        </w:tc>
      </w:tr>
      <w:tr w:rsidR="0014163E" w:rsidRPr="000C3524" w14:paraId="1888BC3F" w14:textId="77777777" w:rsidTr="0014163E">
        <w:trPr>
          <w:cantSplit/>
          <w:jc w:val="center"/>
        </w:trPr>
        <w:tc>
          <w:tcPr>
            <w:tcW w:w="11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6F5C51" w14:textId="37B659A9" w:rsidR="0014163E" w:rsidRPr="000C3524" w:rsidRDefault="0014163E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3f</w:t>
            </w:r>
          </w:p>
        </w:tc>
        <w:tc>
          <w:tcPr>
            <w:tcW w:w="12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355F00" w14:textId="4D386F8D" w:rsidR="0014163E" w:rsidRPr="000C3524" w:rsidRDefault="00625926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8A5918" w14:textId="5618B49D" w:rsidR="0014163E" w:rsidRPr="000C3524" w:rsidRDefault="006939B5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p. Magdalena Szamota</w:t>
            </w:r>
          </w:p>
        </w:tc>
      </w:tr>
    </w:tbl>
    <w:p w14:paraId="40FDB548" w14:textId="77777777" w:rsidR="007A21D0" w:rsidRPr="00CA3056" w:rsidRDefault="00E82DFC">
      <w:pPr>
        <w:spacing w:before="160" w:after="80"/>
        <w:rPr>
          <w:rFonts w:ascii="Times New Roman" w:hAnsi="Times New Roman" w:cs="Times New Roman"/>
          <w:b/>
          <w:sz w:val="28"/>
          <w:szCs w:val="28"/>
        </w:rPr>
      </w:pPr>
      <w:r w:rsidRPr="00CA3056">
        <w:rPr>
          <w:rFonts w:ascii="Times New Roman" w:hAnsi="Times New Roman" w:cs="Times New Roman"/>
          <w:b/>
          <w:color w:val="1F4E79"/>
          <w:sz w:val="28"/>
          <w:szCs w:val="28"/>
        </w:rPr>
        <w:t>Oddziały przedszkolne – godz. 12.00</w:t>
      </w:r>
    </w:p>
    <w:p w14:paraId="60206897" w14:textId="77777777" w:rsidR="007A21D0" w:rsidRPr="000C3524" w:rsidRDefault="00E82DFC">
      <w:pPr>
        <w:spacing w:after="120" w:line="259" w:lineRule="auto"/>
        <w:rPr>
          <w:rFonts w:ascii="Times New Roman" w:hAnsi="Times New Roman" w:cs="Times New Roman"/>
          <w:bCs/>
          <w:sz w:val="28"/>
          <w:szCs w:val="28"/>
          <w:lang w:val="pl-PL"/>
        </w:rPr>
      </w:pPr>
      <w:r w:rsidRPr="000C3524">
        <w:rPr>
          <w:rFonts w:ascii="Times New Roman" w:hAnsi="Times New Roman" w:cs="Times New Roman"/>
          <w:bCs/>
          <w:sz w:val="28"/>
          <w:szCs w:val="28"/>
          <w:lang w:val="pl-PL"/>
        </w:rPr>
        <w:t>Dzieci i Rodziców zapraszamy na krótkie spotkanie w hali sportowej. Po jego zakończeniu przedszkolaki, wspólnie z Rodzicami i wychowawcami, przejdą do swoich sal.</w:t>
      </w:r>
    </w:p>
    <w:tbl>
      <w:tblPr>
        <w:tblW w:w="0" w:type="auto"/>
        <w:jc w:val="center"/>
        <w:tblBorders>
          <w:top w:val="single" w:sz="8" w:space="0" w:color="C8DCEB"/>
          <w:left w:val="single" w:sz="8" w:space="0" w:color="C8DCEB"/>
          <w:bottom w:val="single" w:sz="8" w:space="0" w:color="C8DCEB"/>
          <w:right w:val="single" w:sz="8" w:space="0" w:color="C8DCEB"/>
          <w:insideH w:val="single" w:sz="8" w:space="0" w:color="C8DCEB"/>
          <w:insideV w:val="single" w:sz="8" w:space="0" w:color="C8DCEB"/>
        </w:tblBorders>
        <w:tblLayout w:type="fixed"/>
        <w:tblLook w:val="04A0" w:firstRow="1" w:lastRow="0" w:firstColumn="1" w:lastColumn="0" w:noHBand="0" w:noVBand="1"/>
      </w:tblPr>
      <w:tblGrid>
        <w:gridCol w:w="1152"/>
        <w:gridCol w:w="1296"/>
        <w:gridCol w:w="8352"/>
      </w:tblGrid>
      <w:tr w:rsidR="007A21D0" w:rsidRPr="000C3524" w14:paraId="68F1BD97" w14:textId="77777777">
        <w:trPr>
          <w:tblHeader/>
          <w:jc w:val="center"/>
        </w:trPr>
        <w:tc>
          <w:tcPr>
            <w:tcW w:w="115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59561A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0C3524">
              <w:rPr>
                <w:rFonts w:ascii="Times New Roman" w:hAnsi="Times New Roman" w:cs="Times New Roman"/>
                <w:bCs/>
                <w:color w:val="FFFFFF"/>
                <w:sz w:val="28"/>
                <w:szCs w:val="28"/>
              </w:rPr>
              <w:t>Oddział</w:t>
            </w:r>
            <w:proofErr w:type="spellEnd"/>
          </w:p>
        </w:tc>
        <w:tc>
          <w:tcPr>
            <w:tcW w:w="1296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48F6D7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color w:val="FFFFFF"/>
                <w:sz w:val="28"/>
                <w:szCs w:val="28"/>
              </w:rPr>
              <w:t>Sala</w:t>
            </w:r>
          </w:p>
        </w:tc>
        <w:tc>
          <w:tcPr>
            <w:tcW w:w="8352" w:type="dxa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327650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color w:val="FFFFFF"/>
                <w:sz w:val="28"/>
                <w:szCs w:val="28"/>
              </w:rPr>
              <w:t>Wychowawca</w:t>
            </w:r>
          </w:p>
        </w:tc>
      </w:tr>
      <w:tr w:rsidR="007A21D0" w:rsidRPr="000C3524" w14:paraId="46B38717" w14:textId="77777777">
        <w:trPr>
          <w:cantSplit/>
          <w:jc w:val="center"/>
        </w:trPr>
        <w:tc>
          <w:tcPr>
            <w:tcW w:w="11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034497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0a</w:t>
            </w:r>
          </w:p>
        </w:tc>
        <w:tc>
          <w:tcPr>
            <w:tcW w:w="1296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16B1C90" w14:textId="77777777" w:rsidR="007A21D0" w:rsidRPr="000C3524" w:rsidRDefault="00E82DFC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P4</w:t>
            </w:r>
          </w:p>
        </w:tc>
        <w:tc>
          <w:tcPr>
            <w:tcW w:w="8352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3393A2" w14:textId="77777777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p. Monika Atlińska</w:t>
            </w:r>
          </w:p>
        </w:tc>
      </w:tr>
      <w:tr w:rsidR="007A21D0" w:rsidRPr="000C3524" w14:paraId="461A721F" w14:textId="77777777">
        <w:trPr>
          <w:cantSplit/>
          <w:jc w:val="center"/>
        </w:trPr>
        <w:tc>
          <w:tcPr>
            <w:tcW w:w="11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526401" w14:textId="77777777" w:rsidR="007A21D0" w:rsidRPr="000C3524" w:rsidRDefault="00E82DFC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0b</w:t>
            </w:r>
          </w:p>
        </w:tc>
        <w:tc>
          <w:tcPr>
            <w:tcW w:w="1296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D374B9" w14:textId="77777777" w:rsidR="007A21D0" w:rsidRPr="000C3524" w:rsidRDefault="00E82DFC" w:rsidP="00074A39">
            <w:pPr>
              <w:spacing w:after="0" w:line="259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P8</w:t>
            </w:r>
          </w:p>
        </w:tc>
        <w:tc>
          <w:tcPr>
            <w:tcW w:w="8352" w:type="dxa"/>
            <w:shd w:val="clear" w:color="auto" w:fill="F7FBF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31A884" w14:textId="77777777" w:rsidR="007A21D0" w:rsidRPr="000C3524" w:rsidRDefault="00E82DFC">
            <w:pPr>
              <w:spacing w:after="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p. Agnieszka Wójcik</w:t>
            </w:r>
          </w:p>
        </w:tc>
      </w:tr>
    </w:tbl>
    <w:tbl>
      <w:tblPr>
        <w:tblW w:w="0" w:type="auto"/>
        <w:jc w:val="center"/>
        <w:tblBorders>
          <w:top w:val="single" w:sz="12" w:space="0" w:color="C77700"/>
          <w:left w:val="single" w:sz="12" w:space="0" w:color="C77700"/>
          <w:bottom w:val="single" w:sz="12" w:space="0" w:color="C77700"/>
          <w:right w:val="single" w:sz="12" w:space="0" w:color="C77700"/>
          <w:insideH w:val="single" w:sz="12" w:space="0" w:color="C77700"/>
          <w:insideV w:val="single" w:sz="12" w:space="0" w:color="C77700"/>
        </w:tblBorders>
        <w:tblLook w:val="04A0" w:firstRow="1" w:lastRow="0" w:firstColumn="1" w:lastColumn="0" w:noHBand="0" w:noVBand="1"/>
      </w:tblPr>
      <w:tblGrid>
        <w:gridCol w:w="10626"/>
      </w:tblGrid>
      <w:tr w:rsidR="007A21D0" w:rsidRPr="000C3524" w14:paraId="27367E81" w14:textId="77777777">
        <w:trPr>
          <w:jc w:val="center"/>
        </w:trPr>
        <w:tc>
          <w:tcPr>
            <w:tcW w:w="10656" w:type="dxa"/>
            <w:shd w:val="clear" w:color="auto" w:fill="FFF4E5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7F98E281" w14:textId="77777777" w:rsidR="007A21D0" w:rsidRPr="000C3524" w:rsidRDefault="00E82DFC" w:rsidP="00FA2054">
            <w:pPr>
              <w:spacing w:after="0" w:line="264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3524">
              <w:rPr>
                <w:rFonts w:ascii="Times New Roman" w:hAnsi="Times New Roman" w:cs="Times New Roman"/>
                <w:bCs/>
                <w:sz w:val="28"/>
                <w:szCs w:val="28"/>
                <w:lang w:val="pl-PL"/>
              </w:rPr>
              <w:t xml:space="preserve">W tym dniu nie przewiduje się dowozu autobusami szkolnymi dla oddziałów przedszkolnych i klas 1–3. </w:t>
            </w:r>
            <w:r w:rsidRPr="000C3524">
              <w:rPr>
                <w:rFonts w:ascii="Times New Roman" w:hAnsi="Times New Roman" w:cs="Times New Roman"/>
                <w:bCs/>
                <w:sz w:val="28"/>
                <w:szCs w:val="28"/>
              </w:rPr>
              <w:t>Prosimy o zapewnienie dowozu we własnym zakresie.</w:t>
            </w:r>
          </w:p>
        </w:tc>
      </w:tr>
    </w:tbl>
    <w:p w14:paraId="709FD647" w14:textId="77777777" w:rsidR="007A21D0" w:rsidRPr="000C3524" w:rsidRDefault="007A21D0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3EEC6392" w14:textId="6358E88D" w:rsidR="007A21D0" w:rsidRPr="000C3524" w:rsidRDefault="007A21D0">
      <w:pPr>
        <w:spacing w:before="1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A21D0" w:rsidRPr="000C3524" w:rsidSect="00034616">
      <w:footerReference w:type="default" r:id="rId8"/>
      <w:pgSz w:w="12240" w:h="15840"/>
      <w:pgMar w:top="835" w:right="792" w:bottom="792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182E2" w14:textId="77777777" w:rsidR="009D59A7" w:rsidRDefault="009D59A7">
      <w:pPr>
        <w:spacing w:after="0" w:line="240" w:lineRule="auto"/>
      </w:pPr>
      <w:r>
        <w:separator/>
      </w:r>
    </w:p>
  </w:endnote>
  <w:endnote w:type="continuationSeparator" w:id="0">
    <w:p w14:paraId="5D939A65" w14:textId="77777777" w:rsidR="009D59A7" w:rsidRDefault="009D5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4C4B5" w14:textId="115E9760" w:rsidR="007A21D0" w:rsidRPr="00B7319C" w:rsidRDefault="007A21D0">
    <w:pPr>
      <w:pStyle w:val="Stopka"/>
      <w:jc w:val="center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65B0D" w14:textId="77777777" w:rsidR="009D59A7" w:rsidRDefault="009D59A7">
      <w:pPr>
        <w:spacing w:after="0" w:line="240" w:lineRule="auto"/>
      </w:pPr>
      <w:r>
        <w:separator/>
      </w:r>
    </w:p>
  </w:footnote>
  <w:footnote w:type="continuationSeparator" w:id="0">
    <w:p w14:paraId="21D5099F" w14:textId="77777777" w:rsidR="009D59A7" w:rsidRDefault="009D5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2713208">
    <w:abstractNumId w:val="8"/>
  </w:num>
  <w:num w:numId="2" w16cid:durableId="1951204293">
    <w:abstractNumId w:val="6"/>
  </w:num>
  <w:num w:numId="3" w16cid:durableId="1123229337">
    <w:abstractNumId w:val="5"/>
  </w:num>
  <w:num w:numId="4" w16cid:durableId="1607232044">
    <w:abstractNumId w:val="4"/>
  </w:num>
  <w:num w:numId="5" w16cid:durableId="1806001868">
    <w:abstractNumId w:val="7"/>
  </w:num>
  <w:num w:numId="6" w16cid:durableId="1726761717">
    <w:abstractNumId w:val="3"/>
  </w:num>
  <w:num w:numId="7" w16cid:durableId="411779884">
    <w:abstractNumId w:val="2"/>
  </w:num>
  <w:num w:numId="8" w16cid:durableId="978069577">
    <w:abstractNumId w:val="1"/>
  </w:num>
  <w:num w:numId="9" w16cid:durableId="1925531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02F"/>
    <w:rsid w:val="00034616"/>
    <w:rsid w:val="00037439"/>
    <w:rsid w:val="0006063C"/>
    <w:rsid w:val="00070D5E"/>
    <w:rsid w:val="00074A39"/>
    <w:rsid w:val="000C3524"/>
    <w:rsid w:val="00124B19"/>
    <w:rsid w:val="0014163E"/>
    <w:rsid w:val="0015074B"/>
    <w:rsid w:val="001F2AF2"/>
    <w:rsid w:val="0029639D"/>
    <w:rsid w:val="002B4019"/>
    <w:rsid w:val="00326F90"/>
    <w:rsid w:val="00353667"/>
    <w:rsid w:val="004248CC"/>
    <w:rsid w:val="00444F96"/>
    <w:rsid w:val="004F5EC7"/>
    <w:rsid w:val="005A0379"/>
    <w:rsid w:val="00625926"/>
    <w:rsid w:val="00676818"/>
    <w:rsid w:val="006939B5"/>
    <w:rsid w:val="007A21D0"/>
    <w:rsid w:val="007E49D6"/>
    <w:rsid w:val="009B768C"/>
    <w:rsid w:val="009D59A7"/>
    <w:rsid w:val="009E0DE0"/>
    <w:rsid w:val="00A40106"/>
    <w:rsid w:val="00AA1D8D"/>
    <w:rsid w:val="00B47730"/>
    <w:rsid w:val="00B6053C"/>
    <w:rsid w:val="00B7319C"/>
    <w:rsid w:val="00C3651D"/>
    <w:rsid w:val="00CA3056"/>
    <w:rsid w:val="00CA57D0"/>
    <w:rsid w:val="00CB0664"/>
    <w:rsid w:val="00CD4B78"/>
    <w:rsid w:val="00D61B03"/>
    <w:rsid w:val="00D91D35"/>
    <w:rsid w:val="00DE4837"/>
    <w:rsid w:val="00E5384A"/>
    <w:rsid w:val="00E775D2"/>
    <w:rsid w:val="00E82DFC"/>
    <w:rsid w:val="00E92590"/>
    <w:rsid w:val="00EC11B1"/>
    <w:rsid w:val="00FA2054"/>
    <w:rsid w:val="00FC4FB9"/>
    <w:rsid w:val="00FC693F"/>
    <w:rsid w:val="00FE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B60B54"/>
  <w14:defaultImageDpi w14:val="300"/>
  <w15:docId w15:val="{18EBEDCF-A25B-4730-984A-FE4BD2A7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eastAsia="Calibri" w:hAnsi="Calibri"/>
      <w:color w:val="24374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0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eBox">
    <w:name w:val="NoteBox"/>
    <w:rPr>
      <w:rFonts w:ascii="Calibri" w:eastAsia="Calibri" w:hAnsi="Calibri"/>
      <w:color w:val="243746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Danuta Rogalska</cp:lastModifiedBy>
  <cp:revision>31</cp:revision>
  <cp:lastPrinted>2026-08-21T13:07:00Z</cp:lastPrinted>
  <dcterms:created xsi:type="dcterms:W3CDTF">2026-08-21T12:06:00Z</dcterms:created>
  <dcterms:modified xsi:type="dcterms:W3CDTF">2026-08-21T13:52:00Z</dcterms:modified>
  <cp:category/>
</cp:coreProperties>
</file>